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b w:val="0"/>
          <w:color w:val="1C66C2"/>
        </w:rPr>
        <w:t>Relance et mise en demeure — facture impayée</w:t>
      </w:r>
    </w:p>
    <w:p>
      <w:r>
        <w:rPr>
          <w:b w:val="0"/>
        </w:rPr>
        <w:t>[Raison sociale du prestataire], SIRET [ ], [adresse]</w:t>
      </w:r>
    </w:p>
    <w:p>
      <w:r>
        <w:rPr>
          <w:b w:val="0"/>
        </w:rPr>
        <w:t>À l'attention de : [raison sociale du client], [service comptabilité], [adresse]</w:t>
      </w:r>
    </w:p>
    <w:p>
      <w:pPr>
        <w:pStyle w:val="Heading2"/>
      </w:pPr>
      <w:r>
        <w:rPr>
          <w:b w:val="0"/>
          <w:color w:val="1C66C2"/>
        </w:rPr>
        <w:t>Lettre 1 — Relance amiable (par courriel ou courrier)</w:t>
      </w:r>
    </w:p>
    <w:p>
      <w:r>
        <w:rPr>
          <w:b w:val="0"/>
        </w:rPr>
        <w:t>À [ville], le [date]</w:t>
      </w:r>
    </w:p>
    <w:p>
      <w:r>
        <w:rPr>
          <w:b w:val="0"/>
        </w:rPr>
        <w:t>Objet : facture n° [ ] du [date] — échéance dépassée</w:t>
      </w:r>
    </w:p>
    <w:p>
      <w:r>
        <w:rPr>
          <w:b w:val="0"/>
        </w:rPr>
        <w:t>Madame, Monsieur,</w:t>
      </w:r>
    </w:p>
    <w:p>
      <w:r>
        <w:rPr>
          <w:b w:val="0"/>
        </w:rPr>
        <w:t>Sauf erreur de notre part, la facture n° [ ] du [date], d'un montant de [ ] € TTC, correspondant aux prestations de nettoyage de [mois / site], arrivait à échéance le [date] et reste impayée à ce jour.</w:t>
      </w:r>
    </w:p>
    <w:p>
      <w:r>
        <w:rPr>
          <w:b w:val="0"/>
        </w:rPr>
        <w:t>Il s'agit peut-être d'un oubli. Nous vous remercions de procéder à son règlement dans les meilleurs délais, par [virement : IBAN [ ]]. Si le paiement est en cours, merci de ne pas tenir compte de ce message.</w:t>
      </w:r>
    </w:p>
    <w:p>
      <w:r>
        <w:rPr>
          <w:b w:val="0"/>
        </w:rPr>
        <w:t>Si cette facture appelle une remarque de votre part, notre interlocuteur [nom, téléphone, courriel] se tient à votre disposition.</w:t>
      </w:r>
    </w:p>
    <w:p>
      <w:r>
        <w:rPr>
          <w:b w:val="0"/>
        </w:rPr>
        <w:t>Cordialement,</w:t>
      </w:r>
    </w:p>
    <w:p>
      <w:r>
        <w:rPr>
          <w:b w:val="0"/>
        </w:rPr>
        <w:t>[Nom, fonction]</w:t>
      </w:r>
    </w:p>
    <w:p>
      <w:pPr>
        <w:pStyle w:val="Heading2"/>
      </w:pPr>
      <w:r>
        <w:rPr>
          <w:b w:val="0"/>
          <w:color w:val="1C66C2"/>
        </w:rPr>
        <w:t>Lettre 2 — Mise en demeure (lettre recommandée avec accusé de réception)</w:t>
      </w:r>
    </w:p>
    <w:p>
      <w:r>
        <w:rPr>
          <w:b w:val="0"/>
        </w:rPr>
        <w:t>À [ville], le [date]</w:t>
      </w:r>
    </w:p>
    <w:p>
      <w:r>
        <w:rPr>
          <w:b w:val="0"/>
        </w:rPr>
        <w:t>Objet : mise en demeure de payer — facture n° [ ] du [date]</w:t>
      </w:r>
    </w:p>
    <w:p>
      <w:r>
        <w:rPr>
          <w:b w:val="0"/>
        </w:rPr>
        <w:t>Madame, Monsieur,</w:t>
      </w:r>
    </w:p>
    <w:p>
      <w:r>
        <w:rPr>
          <w:b w:val="0"/>
        </w:rPr>
        <w:t>Malgré notre relance du [date], la facture n° [ ] du [date], d'un montant de [ ] € TTC, échue depuis le [date], demeure impayée.</w:t>
      </w:r>
    </w:p>
    <w:p>
      <w:r>
        <w:rPr>
          <w:b w:val="0"/>
        </w:rPr>
        <w:t>Par la présente, nous vous mettons en demeure de nous régler, dans un délai de [huit] jours à compter de la réception de ce courrier, la somme de 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8"/>
              </w:rPr>
              <w:t>Élément</w:t>
            </w:r>
          </w:p>
        </w:tc>
        <w:tc>
          <w:tcPr>
            <w:tcW w:type="dxa" w:w="4320"/>
          </w:tcPr>
          <w:p>
            <w:r>
              <w:rPr>
                <w:b/>
                <w:sz w:val="18"/>
              </w:rPr>
              <w:t>Montant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Facture n° [ ] (principal TTC)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[ ] €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Pénalités de retard au taux de [ ] %, du [date] au [date]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[ ] €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8"/>
              </w:rPr>
              <w:t>Indemnité forfaitaire pour frais de recouvrement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40 €</w:t>
            </w:r>
          </w:p>
        </w:tc>
      </w:tr>
      <w:tr>
        <w:tc>
          <w:tcPr>
            <w:tcW w:type="dxa" w:w="4320"/>
          </w:tcPr>
          <w:p>
            <w:r>
              <w:rPr>
                <w:b/>
                <w:sz w:val="18"/>
              </w:rPr>
              <w:t>Total</w:t>
            </w:r>
          </w:p>
        </w:tc>
        <w:tc>
          <w:tcPr>
            <w:tcW w:type="dxa" w:w="4320"/>
          </w:tcPr>
          <w:p>
            <w:r>
              <w:rPr>
                <w:b w:val="0"/>
                <w:sz w:val="18"/>
              </w:rPr>
              <w:t>[ ] €</w:t>
            </w:r>
          </w:p>
        </w:tc>
      </w:tr>
    </w:tbl>
    <w:p/>
    <w:p>
      <w:r>
        <w:rPr>
          <w:b w:val="0"/>
        </w:rPr>
        <w:t>Les pénalités de retard et l'indemnité forfaitaire de 40 € sont dues de plein droit, en application de l'article L441-10 du code de commerce et de nos conditions générales de vente.</w:t>
      </w:r>
    </w:p>
    <w:p>
      <w:r>
        <w:rPr>
          <w:b w:val="0"/>
        </w:rPr>
        <w:t>À défaut de règlement dans ce délai, nous nous réservons le droit de [suspendre nos prestations, conformément à l'article [ ] du contrat] et d'engager une procédure de recouvrement judiciaire, notamment une requête en injonction de payer, sans nouvel avis.</w:t>
      </w:r>
    </w:p>
    <w:p>
      <w:r>
        <w:rPr>
          <w:b w:val="0"/>
        </w:rPr>
        <w:t>Veuillez agréer, Madame, Monsieur, l'expression de nos salutations distinguées.</w:t>
      </w:r>
    </w:p>
    <w:p>
      <w:r>
        <w:rPr>
          <w:b w:val="0"/>
        </w:rPr>
        <w:t>[Nom, fonction, signature]</w:t>
      </w:r>
    </w:p>
    <w:p>
      <w:r>
        <w:rPr>
          <w:b w:val="0"/>
        </w:rPr>
        <w:t>Pièces jointes : copie de la facture, [bon de commande ou contrat], relance du [date]</w:t>
      </w:r>
    </w:p>
    <w:p>
      <w:pPr>
        <w:pStyle w:val="Heading2"/>
      </w:pPr>
      <w:r>
        <w:rPr>
          <w:b w:val="0"/>
          <w:color w:val="1C66C2"/>
        </w:rPr>
        <w:t>Suivi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Étape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Date prévue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Date réalisée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Réponse du client</w:t>
            </w:r>
          </w:p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Échéance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Relance amiable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échéance + [7] jours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Appel téléphonique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échéance + [15] jours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Mise en demeure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échéance + [30] jours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rPr>
                <w:b w:val="0"/>
                <w:sz w:val="18"/>
              </w:rPr>
              <w:t>Suite judiciaire</w:t>
            </w:r>
          </w:p>
        </w:tc>
        <w:tc>
          <w:tcPr>
            <w:tcW w:type="dxa" w:w="2160"/>
          </w:tcPr>
          <w:p>
            <w:r>
              <w:rPr>
                <w:b w:val="0"/>
                <w:sz w:val="18"/>
              </w:rPr>
              <w:t>[ ]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br w:type="page"/>
      </w:r>
    </w:p>
    <w:p>
      <w:pPr>
        <w:pStyle w:val="Heading2"/>
      </w:pPr>
      <w:r>
        <w:rPr>
          <w:b w:val="0"/>
          <w:color w:val="1C66C2"/>
        </w:rPr>
        <w:t>Comment s'en servir</w:t>
      </w:r>
    </w:p>
    <w:p>
      <w:r>
        <w:rPr>
          <w:b/>
        </w:rPr>
        <w:t>Relancez vite et par étapes.</w:t>
      </w:r>
      <w:r>
        <w:rPr>
          <w:b w:val="0"/>
        </w:rPr>
        <w:t xml:space="preserve"> Une relance amiable quelques jours après l'échéance règle la plupart des oublis. Le ton monte ensuite : appel, puis mise en demeure écrite.</w:t>
      </w:r>
    </w:p>
    <w:p>
      <w:r>
        <w:rPr>
          <w:b/>
        </w:rPr>
        <w:t>La mise en demeure a des effets juridiques.</w:t>
      </w:r>
      <w:r>
        <w:rPr>
          <w:b w:val="0"/>
        </w:rPr>
        <w:t xml:space="preserve"> Elle constate le retard et interpelle le débiteur (article 1344 du code civil). Envoyez-la en recommandé avec accusé de réception et gardez la preuve de dépôt : elle sera la première pièce d'un dossier d'injonction de payer.</w:t>
      </w:r>
    </w:p>
    <w:p>
      <w:r>
        <w:rPr>
          <w:b/>
        </w:rPr>
        <w:t>Chiffrez les pénalités et l'indemnité.</w:t>
      </w:r>
      <w:r>
        <w:rPr>
          <w:b w:val="0"/>
        </w:rPr>
        <w:t xml:space="preserve"> Entre professionnels, les pénalités de retard et l'indemnité forfaitaire de 40 € par facture sont dues de plein droit (articles L441-10 et D441-5 du code de commerce). Le taux des pénalités est celui de vos conditions générales ; il ne peut être inférieur à trois fois le taux d'intérêt légal.</w:t>
      </w:r>
    </w:p>
    <w:p>
      <w:r>
        <w:rPr>
          <w:b/>
        </w:rPr>
        <w:t>Ne suspendez les prestations que si le contrat le prévoit</w:t>
      </w:r>
      <w:r>
        <w:rPr>
          <w:b w:val="0"/>
        </w:rPr>
        <w:t>, et après mise en demeure : une suspension non prévue peut vous être reprochée.</w:t>
      </w:r>
    </w:p>
    <w:p>
      <w:r>
        <w:rPr>
          <w:b/>
        </w:rPr>
        <w:t>Ce modèle est une trame.</w:t>
      </w:r>
      <w:r>
        <w:rPr>
          <w:b w:val="0"/>
        </w:rPr>
        <w:t xml:space="preserve"> Pour un montant important ou un client en difficulté, faites-vous conseiller avant d'engager une procédure.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Modèle gratuit ClubPropreté — clubproprete.com/modeles/relance-facture-impayee-nettoyage — à adapter et à faire relire.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Relance et mise en demeure — facture impayée</dc:title>
  <dc:subject/>
  <dc:creator>ClubPropreté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